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apaCentralizada"/>
        <w:spacing w:before="0" w:after="720"/>
      </w:pPr>
      <w:r>
        <w:t>UNIVERSIDADE PAULISTA</w:t>
      </w:r>
    </w:p>
    <w:p>
      <w:pPr>
        <w:pStyle w:val="CapaCentralizada"/>
        <w:spacing w:before="1440" w:after="2400"/>
      </w:pPr>
      <w:r>
        <w:t>NOME DO ALUNO</w:t>
      </w:r>
    </w:p>
    <w:p>
      <w:pPr>
        <w:pStyle w:val="CapaCentralizada"/>
        <w:spacing w:before="720" w:after="3600"/>
      </w:pPr>
      <w:r>
        <w:t>TÍTULO DO TRABALHO: SUBTÍTULO</w:t>
      </w:r>
    </w:p>
    <w:p>
      <w:pPr>
        <w:pStyle w:val="CapaCentralizada"/>
        <w:spacing w:before="1440"/>
      </w:pPr>
      <w:r>
        <w:t>SÃO PAULO</w:t>
        <w:br/>
        <w:t>2025</w:t>
      </w:r>
    </w:p>
    <w:p>
      <w:r>
        <w:br w:type="page"/>
      </w:r>
    </w:p>
    <w:p>
      <w:pPr>
        <w:pStyle w:val="CapaCentralizada"/>
        <w:spacing w:before="720"/>
      </w:pPr>
      <w:r>
        <w:t>NOME DO ALUNO</w:t>
      </w:r>
    </w:p>
    <w:p>
      <w:pPr>
        <w:pStyle w:val="CapaCentralizada"/>
        <w:spacing w:before="2400" w:after="960"/>
      </w:pPr>
      <w:r>
        <w:t>TÍTULO DO TRABALHO: SUBTÍTULO</w:t>
      </w:r>
    </w:p>
    <w:p>
      <w:pPr>
        <w:pStyle w:val="NaturezadoTrabalho"/>
      </w:pPr>
      <w:r>
        <w:t>Trabalho de Conclusão de Curso para obtenção do título de Bacharel em [Nome do Curso] apresentado à Universidade Paulista – UNIP.</w:t>
      </w:r>
    </w:p>
    <w:p>
      <w:pPr>
        <w:pStyle w:val="NaturezadoTrabalho"/>
        <w:spacing w:before="240"/>
      </w:pPr>
      <w:r>
        <w:t>Orientador(a): Prof. Me./Dr. [Nome do Orientador]</w:t>
      </w:r>
    </w:p>
    <w:p>
      <w:pPr>
        <w:pStyle w:val="CapaCentralizada"/>
        <w:spacing w:before="2400"/>
      </w:pPr>
      <w:r>
        <w:t>SÃO PAULO</w:t>
        <w:br/>
        <w:t>2025</w:t>
      </w:r>
    </w:p>
    <w:p>
      <w:r>
        <w:br w:type="page"/>
      </w:r>
    </w:p>
    <w:p>
      <w:pPr>
        <w:pStyle w:val="TítuloNãoNumerado"/>
        <w:pageBreakBefore w:val="0"/>
      </w:pPr>
      <w:r>
        <w:t>FICHA CATALOGRÁFICA</w:t>
      </w:r>
    </w:p>
    <w:p>
      <w:pPr>
        <w:ind w:firstLine="0"/>
        <w:jc w:val="center"/>
      </w:pPr>
      <w:r>
        <w:rPr>
          <w:i/>
        </w:rPr>
        <w:t>[A Ficha Catalográfica deve constar no verso da folha de rosto nos trabalhos impressos ou imediatamente após a folha de rosto nos trabalhos em formato eletrônico. Ela é elaborada pela Biblioteca da Universidade Paulista – UNIP.]</w:t>
      </w:r>
    </w:p>
    <w:p>
      <w:r>
        <w:br w:type="page"/>
      </w:r>
    </w:p>
    <w:p>
      <w:pPr>
        <w:pStyle w:val="CapaCentralizada"/>
        <w:spacing w:before="480"/>
      </w:pPr>
      <w:r>
        <w:t>NOME DO ALUNO</w:t>
      </w:r>
    </w:p>
    <w:p>
      <w:pPr>
        <w:pStyle w:val="CapaCentralizada"/>
        <w:spacing w:before="720" w:after="480"/>
      </w:pPr>
      <w:r>
        <w:t>TÍTULO DO TRABALHO: SUBTÍTULO</w:t>
      </w:r>
    </w:p>
    <w:p>
      <w:pPr>
        <w:pStyle w:val="NaturezadoTrabalho"/>
      </w:pPr>
      <w:r>
        <w:t>Trabalho de Conclusão de Curso para obtenção do título de Bacharel em [Nome do Curso] apresentado à Universidade Paulista – UNIP.</w:t>
      </w:r>
    </w:p>
    <w:p>
      <w:pPr>
        <w:pStyle w:val="NaturezadoTrabalho"/>
        <w:spacing w:before="480"/>
      </w:pPr>
      <w:r>
        <w:t>Aprovado em: ____ / ____ / ________</w:t>
      </w:r>
    </w:p>
    <w:p>
      <w:pPr>
        <w:pStyle w:val="CapaCentralizada"/>
        <w:spacing w:before="720" w:after="720"/>
      </w:pPr>
      <w:r>
        <w:t>BANCA EXAMINADORA</w:t>
      </w:r>
    </w:p>
    <w:p>
      <w:pPr>
        <w:pStyle w:val="CapaCentralizada"/>
        <w:spacing w:after="480"/>
      </w:pPr>
      <w:r>
        <w:t>_________________________________________</w:t>
        <w:br/>
        <w:t>Prof. Nome do Professor</w:t>
        <w:br/>
        <w:t>Universidade Paulista – UNIP</w:t>
      </w:r>
    </w:p>
    <w:p>
      <w:pPr>
        <w:pStyle w:val="CapaCentralizada"/>
        <w:spacing w:after="480"/>
      </w:pPr>
      <w:r>
        <w:t>_________________________________________</w:t>
        <w:br/>
        <w:t>Prof. Nome do Professor</w:t>
        <w:br/>
        <w:t>Universidade Paulista – UNIP</w:t>
      </w:r>
    </w:p>
    <w:p>
      <w:r>
        <w:br w:type="page"/>
      </w:r>
    </w:p>
    <w:p>
      <w:pPr>
        <w:pStyle w:val="TítuloNãoNumerado"/>
        <w:pageBreakBefore w:val="0"/>
      </w:pPr>
      <w:r>
        <w:t>DEDICATÓRIA</w:t>
      </w:r>
    </w:p>
    <w:p>
      <w:pPr>
        <w:spacing w:before="3600"/>
      </w:pPr>
      <w:r>
        <w:t>Dedico este trabalho à minha família e a todos que apoiaram minha jornada acadêmica com carinho e dedicação.</w:t>
      </w:r>
    </w:p>
    <w:p>
      <w:r>
        <w:br w:type="page"/>
      </w:r>
    </w:p>
    <w:p>
      <w:pPr>
        <w:pStyle w:val="TítuloNãoNumerado"/>
        <w:pageBreakBefore w:val="0"/>
      </w:pPr>
      <w:r>
        <w:t>AGRADECIMENTOS</w:t>
      </w:r>
    </w:p>
    <w:p>
      <w:pPr/>
      <w:r>
        <w:t>Agradeço em primeiro lugar a Deus por direcionar meus passos.</w:t>
      </w:r>
    </w:p>
    <w:p>
      <w:pPr/>
      <w:r>
        <w:t>Aos meus pais pelo incentivo constante e apoio incondicional.</w:t>
      </w:r>
    </w:p>
    <w:p>
      <w:pPr/>
      <w:r>
        <w:t>Ao meu orientador(a), pela paciência, conhecimento e rigor técnico compartilhados.</w:t>
      </w:r>
    </w:p>
    <w:p>
      <w:r>
        <w:br w:type="page"/>
      </w:r>
    </w:p>
    <w:p>
      <w:pPr>
        <w:pStyle w:val="TítuloNãoNumerado"/>
        <w:pageBreakBefore w:val="0"/>
      </w:pPr>
      <w:r>
        <w:t>EPÍGRAFE</w:t>
      </w:r>
    </w:p>
    <w:p>
      <w:pPr>
        <w:pStyle w:val="NaturezadoTrabalho"/>
        <w:spacing w:before="4800"/>
      </w:pPr>
      <w:r>
        <w:t>“O remédio para nossas preocupações consiste em estar inteiramente ocupado, realizando alguma coisa construtiva.”</w:t>
        <w:br/>
        <w:t>(Maria Zowseand)</w:t>
      </w:r>
    </w:p>
    <w:p>
      <w:r>
        <w:br w:type="page"/>
      </w:r>
    </w:p>
    <w:p>
      <w:pPr>
        <w:pStyle w:val="TítuloNãoNumerado"/>
        <w:pageBreakBefore w:val="0"/>
      </w:pPr>
      <w:r>
        <w:t>RESUMO</w:t>
      </w:r>
    </w:p>
    <w:p>
      <w:pPr>
        <w:ind w:firstLine="0"/>
      </w:pPr>
      <w:r>
        <w:t>O resumo deve apresentar de forma concisa os pontos relevantes do trabalho, fornecendo uma visão clara dos objetivos, metodologia, resultados e considerações finais. Deve ser composto por uma sequência de frases concisas e objetivas, em parágrafo único, com extensão de 150 a 500 palavras para trabalhos acadêmicos (teses, dissertações, TCC). O espaçamento entrelinhas é de 1,5. Logo abaixo do resumo, devem constar as palavras-chave que representam os temas principais abordados.</w:t>
      </w:r>
    </w:p>
    <w:p>
      <w:pPr>
        <w:spacing w:before="360"/>
        <w:ind w:firstLine="0"/>
      </w:pPr>
      <w:r>
        <w:rPr>
          <w:b/>
        </w:rPr>
        <w:t xml:space="preserve">Palavras-chave: </w:t>
      </w:r>
      <w:r>
        <w:t>Normalização. Trabalhos acadêmicos. ABNT. UNIP.</w:t>
      </w:r>
    </w:p>
    <w:p>
      <w:r>
        <w:br w:type="page"/>
      </w:r>
    </w:p>
    <w:p>
      <w:pPr>
        <w:pStyle w:val="TítuloNãoNumerado"/>
        <w:pageBreakBefore w:val="0"/>
      </w:pPr>
      <w:r>
        <w:t>ABSTRACT</w:t>
      </w:r>
    </w:p>
    <w:p>
      <w:pPr>
        <w:ind w:firstLine="0"/>
      </w:pPr>
      <w:r>
        <w:t>The abstract is a foreign language version of the summary. It must present the main objectives, methodology, results, and conclusions of the academic work in a single concise paragraph (150 to 500 words). The line spacing is 1.5. Below the abstract, the keywords must be listed.</w:t>
      </w:r>
    </w:p>
    <w:p>
      <w:pPr>
        <w:spacing w:before="360"/>
        <w:ind w:firstLine="0"/>
      </w:pPr>
      <w:r>
        <w:rPr>
          <w:b/>
        </w:rPr>
        <w:t xml:space="preserve">Keywords: </w:t>
      </w:r>
      <w:r>
        <w:t>Standardization. Academic works. ABNT. UNIP.</w:t>
      </w:r>
    </w:p>
    <w:p>
      <w:r>
        <w:br w:type="page"/>
      </w:r>
    </w:p>
    <w:p>
      <w:pPr>
        <w:pStyle w:val="TítuloNãoNumerado"/>
        <w:pageBreakBefore w:val="0"/>
      </w:pPr>
      <w:r>
        <w:t>LISTA DE ILUSTRAÇÕES</w:t>
      </w:r>
    </w:p>
    <w:p>
      <w:pPr/>
      <w:r>
        <w:t>Figura 1 – Diagrama da Estrutura Organizacional ............................................................................ 12</w:t>
      </w:r>
    </w:p>
    <w:p>
      <w:pPr/>
      <w:r>
        <w:t>Gráfico 1 – Evolução do Desempenho Acadêmico ................................................................................ 15</w:t>
      </w:r>
    </w:p>
    <w:p>
      <w:r>
        <w:br w:type="page"/>
      </w:r>
    </w:p>
    <w:p>
      <w:pPr>
        <w:pStyle w:val="TítuloNãoNumerado"/>
        <w:pageBreakBefore w:val="0"/>
      </w:pPr>
      <w:r>
        <w:t>LISTA DE TABELAS</w:t>
      </w:r>
    </w:p>
    <w:p>
      <w:pPr/>
      <w:r>
        <w:t>Tabela 1 – Comparativo das Especificações Técnicas ........................................................................ 14</w:t>
      </w:r>
    </w:p>
    <w:p>
      <w:r>
        <w:br w:type="page"/>
      </w:r>
    </w:p>
    <w:p>
      <w:pPr>
        <w:pStyle w:val="TítuloNãoNumerado"/>
        <w:pageBreakBefore w:val="0"/>
      </w:pPr>
      <w:r>
        <w:t>LISTA DE ABREVIATURAS E SIGLAS</w:t>
      </w:r>
    </w:p>
    <w:p>
      <w:pPr>
        <w:ind w:firstLine="0"/>
      </w:pPr>
      <w:r>
        <w:rPr>
          <w:b/>
        </w:rPr>
        <w:t>ABNT</w:t>
        <w:tab/>
      </w:r>
      <w:r>
        <w:t>Associação Brasileira de Normas Técnicas</w:t>
      </w:r>
    </w:p>
    <w:p>
      <w:pPr>
        <w:ind w:firstLine="0"/>
      </w:pPr>
      <w:r>
        <w:rPr>
          <w:b/>
        </w:rPr>
        <w:t>IBGE</w:t>
        <w:tab/>
      </w:r>
      <w:r>
        <w:t>Instituto Brasileiro de Geografia e Estatística</w:t>
      </w:r>
    </w:p>
    <w:p>
      <w:pPr>
        <w:ind w:firstLine="0"/>
      </w:pPr>
      <w:r>
        <w:rPr>
          <w:b/>
        </w:rPr>
        <w:t>UNIP</w:t>
        <w:tab/>
      </w:r>
      <w:r>
        <w:t>Universidade Paulista</w:t>
      </w:r>
    </w:p>
    <w:p>
      <w:r>
        <w:br w:type="page"/>
      </w:r>
    </w:p>
    <w:p>
      <w:pPr>
        <w:pStyle w:val="TítuloNãoNumerado"/>
        <w:pageBreakBefore w:val="0"/>
      </w:pPr>
      <w:r>
        <w:t>SUMÁRIO</w:t>
      </w:r>
    </w:p>
    <w:p>
      <w:r>
        <w:fldChar w:fldCharType="begin"/>
        <w:instrText xml:space="preserve">TOC \o "1-3" \h \z \u</w:instrText>
        <w:fldChar w:fldCharType="end"/>
      </w:r>
    </w:p>
    <w:p>
      <w:pPr>
        <w:ind w:firstLine="0"/>
      </w:pPr>
      <w:r>
        <w:rPr>
          <w:i/>
        </w:rPr>
        <w:t>[O Sumário acima é gerado automaticamente pelo Word. Ao abrir o arquivo no Word ou Google Docs, clique com o botão direito sobre o campo acima e selecione "Atualizar Campo" para atualizar os títulos e números de página.]</w:t>
      </w:r>
    </w:p>
    <w:p>
      <w:pPr>
        <w:sectPr>
          <w:pgSz w:w="12240" w:h="15840"/>
          <w:pgMar w:top="1701" w:right="1134" w:bottom="1134" w:left="1701" w:header="1134" w:footer="1134" w:gutter="0"/>
          <w:cols w:space="720"/>
          <w:titlePg/>
          <w:docGrid w:linePitch="360"/>
        </w:sectPr>
      </w:pPr>
    </w:p>
    <w:p>
      <w:pPr>
        <w:pStyle w:val="Heading1"/>
        <w:pageBreakBefore w:val="0"/>
      </w:pPr>
      <w:r>
        <w:t>1 INTRODUÇÃO</w:t>
      </w:r>
    </w:p>
    <w:p>
      <w:pPr/>
      <w:r>
        <w:t>A Introdução é a parte inicial do trabalho acadêmico onde deve ser apresentada a delimitação do assunto, a justificativa da pesquisa, os objetivos (geral e específicos) e a metodologia adotada. Todo o texto principal deve utilizar a fonte Arial (ou Times New Roman) tamanho 12, com alinhamento justificado, espaçamento entrelinhas de 1,5 e recuo de 1,25 cm no início de cada parágrafo (1 Tab).</w:t>
      </w:r>
    </w:p>
    <w:p>
      <w:pPr/>
      <w:r>
        <w:t>Este arquivo de modelo (.dotx) foi estruturado estritamente de acordo com o Guia de Normalização ABNT da Universidade Paulista – UNIP (2025). Todos os estilos de parágrafo e formatos de página necessários já estão configurados no painel de Estilos do Microsoft Word para facilitar a sua escrita.</w:t>
      </w:r>
    </w:p>
    <w:p>
      <w:pPr/>
      <w:r>
        <w:t>As citações diretas curtas (de até três linhas) devem ser mantidas no corpo do parágrafo, envolvidas por aspas duplas, conforme indicado pela NBR 10520: “As chamadas são feitas pelo sobrenome do autor, instituição responsável ou título na sentença” (Biblioteca da Universidade Paulista - UNIP, 2025, p. 42).</w:t>
      </w:r>
    </w:p>
    <w:p>
      <w:pPr/>
      <w:r>
        <w:t>Para citações diretas com mais de três linhas, deve-se aplicar o estilo "Citação Longa ABNT", que configura o recuo de 4 cm a partir da margem esquerda, fonte tamanho 10 e espaçamento simples:</w:t>
      </w:r>
    </w:p>
    <w:p>
      <w:pPr>
        <w:pStyle w:val="CitaçãoLongaABNT"/>
      </w:pPr>
      <w:r>
        <w:t>As citações diretas com mais de três linhas devem ser destacadas com recuo de 4 cm da margem esquerda, com letra menor que a do texto utilizado e sem aspas. O espaçamento entrelinhas utilizado nesse tipo de citação é o simples, devendo ser separadas do texto que as antecede e as sucede por um espaço de 1,5 (Biblioteca da Universidade Paulista - UNIP, 2025, p. 43).</w:t>
      </w:r>
    </w:p>
    <w:p>
      <w:pPr>
        <w:pStyle w:val="Heading1"/>
      </w:pPr>
      <w:r>
        <w:t>2 DESENVOLVIMENTO</w:t>
      </w:r>
    </w:p>
    <w:p>
      <w:pPr/>
      <w:r>
        <w:t>No Desenvolvimento, analisa-se a fundamentação teórica e a discussão dos dados obtidos. O texto pode ser dividido em seções secundárias e terciárias conforme a complexidade do assunto.</w:t>
      </w:r>
    </w:p>
    <w:p>
      <w:pPr>
        <w:pStyle w:val="Heading2"/>
      </w:pPr>
      <w:r>
        <w:t>2.1 Diretrizes para Ilustrações e Tabelas</w:t>
      </w:r>
    </w:p>
    <w:p>
      <w:pPr/>
      <w:r>
        <w:t>As ilustrações (quadros, gráficos, fotografias, mapas) e tabelas devem ser citadas no texto e inseridas o mais próximo possível do trecho referente. Na parte superior deve constar o tipo, número de ordem e título (em fonte tamanho 10, espaçamento simples). Na parte inferior deve ser indicada a fonte consultada.</w:t>
      </w:r>
    </w:p>
    <w:p>
      <w:pPr>
        <w:pStyle w:val="LegendaeFonteABNT"/>
      </w:pPr>
      <w:r>
        <w:t>Figura 1 – Exemplo de Apresentação de Ilustração</w:t>
      </w:r>
    </w:p>
    <w:p>
      <w:pPr>
        <w:pStyle w:val="LegendaeFonteABNT"/>
      </w:pPr>
      <w:r>
        <w:rPr>
          <w:i/>
        </w:rPr>
        <w:t>[ Espaço para inserção da Figura / Ilustração ]</w:t>
      </w:r>
    </w:p>
    <w:p>
      <w:pPr>
        <w:pStyle w:val="LegendaeFonteABNT"/>
      </w:pPr>
      <w:r>
        <w:t>Fonte: Biblioteca da Universidade Paulista - UNIP (2025, p. 29).</w:t>
      </w:r>
    </w:p>
    <w:p>
      <w:pPr>
        <w:pStyle w:val="Heading3"/>
      </w:pPr>
      <w:r>
        <w:t>2.1.1 Formatação de Seções Terciárias</w:t>
      </w:r>
    </w:p>
    <w:p>
      <w:pPr/>
      <w:r>
        <w:t>As seções terciárias (exemplo: 2.1.1) utilizam a mesma fonte Arial 12, porém sem negrito, alinhadas à esquerda, com espaçamento 1,5 entrelinhas.</w:t>
      </w:r>
    </w:p>
    <w:p>
      <w:pPr>
        <w:pStyle w:val="Heading1"/>
      </w:pPr>
      <w:r>
        <w:t>3 CONSIDERAÇÕES FINAIS</w:t>
      </w:r>
    </w:p>
    <w:p>
      <w:pPr/>
      <w:r>
        <w:t>Nas Considerações Finais, apresentam-se as conclusões alcançadas, correlacionando-as aos objetivos propostos e hipóteses testadas. Apresentam-se também as contribuições do estudo e sugestões para trabalhos futuros.</w:t>
      </w:r>
    </w:p>
    <w:p>
      <w:pPr>
        <w:pStyle w:val="TítuloNãoNumerado"/>
      </w:pPr>
      <w:r>
        <w:t>REFERÊNCIAS</w:t>
      </w:r>
    </w:p>
    <w:p>
      <w:pPr/>
      <w:r>
        <w:t xml:space="preserve"> As referências devem ser alinhadas à esquerda, em espaçamento simples e separadas entre si por uma linha em branco. Abaixo seguem exemplos conforme a norma NBR 6023 apresentada no manual:</w:t>
      </w:r>
    </w:p>
    <w:p>
      <w:pPr>
        <w:pStyle w:val="ReferênciasABNT"/>
      </w:pPr>
      <w:r>
        <w:t>GIL, A. C. Como elaborar projetos de pesquisa. 4. ed. São Paulo: Atlas, 2002.</w:t>
      </w:r>
    </w:p>
    <w:p>
      <w:pPr>
        <w:pStyle w:val="ReferênciasABNT"/>
      </w:pPr>
      <w:r>
        <w:t>BIBLIOTECA DA UNIVERSIDADE PAULISTA - UNIP. Guia de normalização para apresentação de trabalhos acadêmicos da Universidade Paulista: ABNT. São Paulo: UNIP, 2025. Disponível em: https://unip.br/servicos/biblioteca/guia.aspx. Acesso em: 25 jun. 2025.</w:t>
      </w:r>
    </w:p>
    <w:p>
      <w:pPr>
        <w:pStyle w:val="ReferênciasABNT"/>
      </w:pPr>
      <w:r>
        <w:t>SILVA, A. A. M. Intervenções precoces para a redução de vulnerabilidades e melhora do desenvolvimento infantil. Cadernos de Saúde Pública, Rio de Janeiro, v. 35, n. 3, p. 1-3, mar. 2019.</w:t>
      </w:r>
    </w:p>
    <w:p>
      <w:pPr>
        <w:pStyle w:val="TítuloNãoNumerado"/>
      </w:pPr>
      <w:r>
        <w:t>APÊNDICE A – QUESTIONÁRIO DE COLETA DE DADOS</w:t>
      </w:r>
    </w:p>
    <w:p>
      <w:pPr/>
      <w:r>
        <w:t>Os apêndices são elementos pós-textuais opcionais elaborados pelo próprio autor para complementar a argumentação sem interromper o fluxo do texto principal.</w:t>
      </w:r>
    </w:p>
    <w:p>
      <w:pPr>
        <w:pStyle w:val="TítuloNãoNumerado"/>
      </w:pPr>
      <w:r>
        <w:t>ANEXO A – DOCUMENTAÇÃO COMPLEMENTAR</w:t>
      </w:r>
    </w:p>
    <w:p>
      <w:pPr/>
      <w:r>
        <w:t>Os anexos são documentos não elaborados pelo autor, servindo como fundamentação ou comprovação extra.</w:t>
      </w:r>
    </w:p>
    <w:sectPr w:rsidR="00FC693F" w:rsidRPr="0006063C" w:rsidSect="00034616">
      <w:headerReference w:type="default" r:id="rId9"/>
      <w:pgSz w:w="12240" w:h="15840"/>
      <w:pgMar w:top="1701" w:right="1134" w:bottom="1134" w:left="1701" w:header="1134" w:footer="113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jc w:val="right"/>
    </w:pPr>
    <w:r>
      <w:rPr>
        <w:rFonts w:ascii="Arial" w:hAnsi="Arial"/>
        <w:sz w:val="20"/>
      </w:rPr>
      <w:fldChar w:fldCharType="begin"/>
      <w:instrText xml:space="preserve">PAGE</w:instrText>
      <w:fldChar w:fldCharType="separate"/>
      <w:fldChar w:fldCharType="end"/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 w:before="0" w:after="0"/>
      <w:ind w:firstLine="709"/>
      <w:jc w:val="both"/>
    </w:pPr>
    <w:rPr>
      <w:rFonts w:ascii="Arial" w:hAnsi="Arial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pageBreakBefore/>
      <w:spacing w:before="360" w:after="240" w:line="360" w:lineRule="auto"/>
      <w:jc w:val="left"/>
      <w:outlineLvl w:val="0"/>
    </w:pPr>
    <w:rPr>
      <w:rFonts w:asciiTheme="majorHAnsi" w:eastAsiaTheme="majorEastAsia" w:hAnsiTheme="majorHAnsi" w:cstheme="majorBidi" w:ascii="Arial" w:hAnsi="Arial"/>
      <w:b/>
      <w:bCs/>
      <w:color w:val="000000"/>
      <w:sz w:val="2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40" w:after="120" w:line="360" w:lineRule="auto"/>
      <w:jc w:val="left"/>
      <w:outlineLvl w:val="1"/>
    </w:pPr>
    <w:rPr>
      <w:rFonts w:asciiTheme="majorHAnsi" w:eastAsiaTheme="majorEastAsia" w:hAnsiTheme="majorHAnsi" w:cstheme="majorBidi" w:ascii="Arial" w:hAnsi="Arial"/>
      <w:b/>
      <w:bCs/>
      <w:color w:val="000000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40" w:after="120" w:line="360" w:lineRule="auto"/>
      <w:jc w:val="left"/>
      <w:outlineLvl w:val="2"/>
    </w:pPr>
    <w:rPr>
      <w:rFonts w:asciiTheme="majorHAnsi" w:eastAsiaTheme="majorEastAsia" w:hAnsiTheme="majorHAnsi" w:cstheme="majorBidi" w:ascii="Arial" w:hAnsi="Arial"/>
      <w:b w:val="0"/>
      <w:bCs/>
      <w:color w:val="000000"/>
      <w:sz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TítuloNãoNumerado">
    <w:name w:val="Título Não Numerado"/>
    <w:basedOn w:val="Normal"/>
    <w:pPr>
      <w:pageBreakBefore/>
      <w:spacing w:line="360" w:lineRule="auto" w:before="360" w:after="240"/>
      <w:ind w:firstLine="0"/>
      <w:jc w:val="center"/>
    </w:pPr>
    <w:rPr>
      <w:rFonts w:ascii="Arial" w:hAnsi="Arial"/>
      <w:b/>
      <w:color w:val="000000"/>
      <w:sz w:val="24"/>
    </w:rPr>
  </w:style>
  <w:style w:type="paragraph" w:customStyle="1" w:styleId="CitaçãoLongaABNT">
    <w:name w:val="Citação Longa ABNT"/>
    <w:basedOn w:val="Normal"/>
    <w:pPr>
      <w:spacing w:line="240" w:lineRule="auto" w:before="240" w:after="240"/>
      <w:ind w:left="2268" w:firstLine="0"/>
      <w:jc w:val="both"/>
    </w:pPr>
    <w:rPr>
      <w:rFonts w:ascii="Arial" w:hAnsi="Arial"/>
      <w:color w:val="000000"/>
      <w:sz w:val="20"/>
    </w:rPr>
  </w:style>
  <w:style w:type="paragraph" w:customStyle="1" w:styleId="NaturezadoTrabalho">
    <w:name w:val="Natureza do Trabalho"/>
    <w:basedOn w:val="Normal"/>
    <w:pPr>
      <w:spacing w:line="240" w:lineRule="auto" w:before="240" w:after="240"/>
      <w:ind w:left="4535" w:firstLine="0"/>
      <w:jc w:val="both"/>
    </w:pPr>
    <w:rPr>
      <w:rFonts w:ascii="Arial" w:hAnsi="Arial"/>
      <w:color w:val="000000"/>
      <w:sz w:val="24"/>
    </w:rPr>
  </w:style>
  <w:style w:type="paragraph" w:customStyle="1" w:styleId="ReferênciasABNT">
    <w:name w:val="Referências ABNT"/>
    <w:basedOn w:val="Normal"/>
    <w:pPr>
      <w:spacing w:line="240" w:lineRule="auto" w:after="240"/>
      <w:ind w:firstLine="0"/>
      <w:jc w:val="left"/>
    </w:pPr>
    <w:rPr>
      <w:rFonts w:ascii="Arial" w:hAnsi="Arial"/>
      <w:color w:val="000000"/>
      <w:sz w:val="24"/>
    </w:rPr>
  </w:style>
  <w:style w:type="paragraph" w:customStyle="1" w:styleId="LegendaeFonteABNT">
    <w:name w:val="Legenda e Fonte ABNT"/>
    <w:basedOn w:val="Normal"/>
    <w:pPr>
      <w:spacing w:line="240" w:lineRule="auto" w:before="80" w:after="80"/>
      <w:ind w:firstLine="0"/>
      <w:jc w:val="center"/>
    </w:pPr>
    <w:rPr>
      <w:rFonts w:ascii="Arial" w:hAnsi="Arial"/>
      <w:color w:val="000000"/>
      <w:sz w:val="20"/>
    </w:rPr>
  </w:style>
  <w:style w:type="paragraph" w:customStyle="1" w:styleId="NotasdeRodapéABNT">
    <w:name w:val="Notas de Rodapé ABNT"/>
    <w:basedOn w:val="Normal"/>
    <w:pPr>
      <w:spacing w:line="240" w:lineRule="auto"/>
      <w:ind w:firstLine="0"/>
      <w:jc w:val="both"/>
    </w:pPr>
    <w:rPr>
      <w:rFonts w:ascii="Arial" w:hAnsi="Arial"/>
      <w:color w:val="000000"/>
      <w:sz w:val="20"/>
    </w:rPr>
  </w:style>
  <w:style w:type="paragraph" w:customStyle="1" w:styleId="CapaCentralizada">
    <w:name w:val="Capa Centralizada"/>
    <w:basedOn w:val="Normal"/>
    <w:pPr>
      <w:spacing w:line="360" w:lineRule="auto"/>
      <w:ind w:firstLine="0"/>
      <w:jc w:val="center"/>
    </w:pPr>
    <w:rPr>
      <w:rFonts w:ascii="Arial" w:hAnsi="Arial"/>
      <w:b/>
      <w:color w:val="000000"/>
      <w:sz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